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120"/>
      </w:pPr>
      <w:r>
        <w:rPr>
          <w:b/>
          <w:color w:val="C9252C"/>
          <w:sz w:val="24"/>
        </w:rPr>
        <w:t>VizorLabs</w:t>
      </w:r>
    </w:p>
    <w:p>
      <w:pPr>
        <w:pStyle w:val="Title"/>
        <w:widowControl/>
      </w:pPr>
      <w:r>
        <w:t>Подготовка сервера</w:t>
        <w:br/>
        <w:t>к установке BOX или Platform</w:t>
      </w:r>
    </w:p>
    <w:p>
      <w:pPr>
        <w:pStyle w:val="Subtitle"/>
        <w:widowControl/>
      </w:pPr>
      <w:r>
        <w:t>Памятка для системного администратора</w:t>
      </w:r>
    </w:p>
    <w:p>
      <w:pPr>
        <w:widowControl/>
      </w:pPr>
      <w:r>
        <w:t>Подготовьте перечисленное ПО перед установкой VizorLabs BOX или VizorLabs Platform. Выбранную ОС и совместимость компонентов с конкретной конфигурацией согласуйте с командой внедрения.</w:t>
      </w:r>
    </w:p>
    <w:p>
      <w:pPr>
        <w:pStyle w:val="Heading1"/>
        <w:widowControl/>
      </w:pPr>
      <w:r>
        <w:t>Системное ПО</w:t>
      </w:r>
    </w:p>
    <w:p>
      <w:pPr>
        <w:widowControl/>
      </w:pPr>
      <w:r>
        <w:t>Для операционной системы выберите один из двух вариантов.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464"/>
        <w:gridCol w:w="5760"/>
      </w:tblGrid>
      <w:tr>
        <w:trPr>
          <w:cantSplit/>
          <w:tblHeader/>
        </w:trPr>
        <w:tc>
          <w:tcPr>
            <w:tcW w:type="dxa" w:w="5112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Компонент</w:t>
            </w:r>
          </w:p>
        </w:tc>
        <w:tc>
          <w:tcPr>
            <w:tcW w:type="dxa" w:w="5112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Минимальная версия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Операционная система</w:t>
            </w:r>
          </w:p>
        </w:tc>
        <w:tc>
          <w:tcPr>
            <w:tcW w:type="dxa" w:w="5760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Ubuntu 22.04 или новее</w:t>
              <w:br/>
              <w:t>или Astra 1.7.5 или новее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docker</w:t>
            </w:r>
          </w:p>
        </w:tc>
        <w:tc>
          <w:tcPr>
            <w:tcW w:type="dxa" w:w="5760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26.0.0 или новее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docker-compose</w:t>
            </w:r>
          </w:p>
        </w:tc>
        <w:tc>
          <w:tcPr>
            <w:tcW w:type="dxa" w:w="5760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2.24.6 или новее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nvidia-driver</w:t>
            </w:r>
          </w:p>
        </w:tc>
        <w:tc>
          <w:tcPr>
            <w:tcW w:type="dxa" w:w="5760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585 или новее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nvidia-container-runtime</w:t>
            </w:r>
          </w:p>
        </w:tc>
        <w:tc>
          <w:tcPr>
            <w:tcW w:type="dxa" w:w="5760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1.1.12 или новее</w:t>
            </w:r>
          </w:p>
        </w:tc>
      </w:tr>
    </w:tbl>
    <w:p>
      <w:pPr>
        <w:pStyle w:val="Heading1"/>
        <w:widowControl/>
      </w:pPr>
      <w:r>
        <w:t>Утилиты и Python</w:t>
      </w:r>
    </w:p>
    <w:p>
      <w:pPr>
        <w:widowControl/>
      </w:pPr>
      <w:r>
        <w:t>Установите полный набор: ca-certificates, curl, gnupg, tmux, vim, nano, autossh, htop, tcpdump, lsb-release, nload, nmap, ffmpeg, ncdu, jq, dnsutils, net-tools и python3.</w:t>
      </w:r>
    </w:p>
    <w:p>
      <w:pPr>
        <w:widowControl/>
      </w:pPr>
      <w:r>
        <w:rPr>
          <w:b/>
        </w:rPr>
        <w:t>Для python3-PyYAML требуется версия 6.0.1 или новее.</w:t>
      </w:r>
    </w:p>
    <w:p>
      <w:pPr>
        <w:pStyle w:val="Heading1"/>
        <w:widowControl/>
      </w:pPr>
      <w:r>
        <w:t>Перед передачей сервера на установку</w:t>
      </w:r>
    </w:p>
    <w:p>
      <w:pPr>
        <w:widowControl/>
      </w:pPr>
      <w:r>
        <w:t>Проверьте, что все компоненты установлены, и передайте команде внедрения список их фактических версий. Параметры CPU и GPU, объём оперативной памяти и дисков, а также сетевые настройки согласуйте отдельно для вашей конфигурации.</w:t>
      </w:r>
    </w:p>
    <w:p>
      <w:pPr>
        <w:widowControl/>
        <w:spacing w:before="160"/>
      </w:pPr>
      <w:r>
        <w:t xml:space="preserve">Технический портал: </w:t>
      </w:r>
      <w:hyperlink r:id="rId9">
        <w:r>
          <w:rPr>
            <w:color w:val="C9252C"/>
          </w:rPr>
          <w:t>подготовка сервера</w:t>
        </w:r>
      </w:hyperlink>
    </w:p>
    <w:p>
      <w:pPr>
        <w:widowControl/>
      </w:pPr>
      <w:r>
        <w:rPr>
          <w:color w:val="666666"/>
          <w:sz w:val="18"/>
        </w:rPr>
        <w:t>Редакция от 29 сентября 2026 года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Arial" w:hAnsi="Arial" w:eastAsia="Arial"/>
      <w:i w:val="0"/>
      <w:iCs/>
      <w:color w:val="000000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izorlabs.ru/technology/docs/server-prepar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сервера к установке BOX или Platform</dc:title>
  <dc:subject>ПО для сервера видеоаналитики VizorLabs</dc:subject>
  <dc:creator>VizorLabs</dc:creator>
  <cp:keywords/>
  <dc:description/>
  <cp:lastModifiedBy>VizorLabs</cp:lastModifiedBy>
  <cp:revision>1</cp:revision>
  <dcterms:created xsi:type="dcterms:W3CDTF">2026-09-29T00:00:00Z</dcterms:created>
  <dcterms:modified xsi:type="dcterms:W3CDTF">2026-09-29T00:00:00Z</dcterms:modified>
  <cp:category/>
</cp:coreProperties>
</file>